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4934"/>
        <w:gridCol w:w="394"/>
        <w:gridCol w:w="566"/>
        <w:gridCol w:w="1306"/>
        <w:gridCol w:w="850"/>
        <w:gridCol w:w="566"/>
        <w:gridCol w:w="3970"/>
        <w:gridCol w:w="283"/>
        <w:gridCol w:w="283"/>
        <w:gridCol w:w="283"/>
        <w:gridCol w:w="854"/>
        <w:gridCol w:w="566"/>
        <w:gridCol w:w="566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7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6974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39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Перв. примен.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0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Справ. №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248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2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5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Вер.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4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Дата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6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 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7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28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