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398"/>
        <w:gridCol w:w="2554"/>
        <w:gridCol w:w="3970"/>
        <w:gridCol w:w="1584"/>
        <w:gridCol w:w="398"/>
        <w:gridCol w:w="566"/>
        <w:gridCol w:w="566"/>
        <w:gridCol w:w="739"/>
        <w:gridCol w:w="850"/>
        <w:gridCol w:w="566"/>
        <w:gridCol w:w="1814"/>
        <w:gridCol w:w="907"/>
        <w:gridCol w:w="907"/>
        <w:gridCol w:w="907"/>
        <w:gridCol w:w="907"/>
        <w:gridCol w:w="792"/>
        <w:gridCol w:w="566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9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№ строки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продукции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1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Обозначение документа на поставку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 входит (обозначение)</w:t>
            </w:r>
          </w:p>
        </w:tc>
        <w:tc>
          <w:tcPr>
            <w:tcW w:w="362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из- делие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 комп- лекты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ре- гулир. Всего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18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21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24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