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041"/>
        <w:gridCol w:w="886"/>
        <w:gridCol w:w="1821"/>
        <w:gridCol w:w="1927"/>
        <w:gridCol w:w="24067"/>
        <w:gridCol w:w="939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66" w:hRule="exact"/>
          <w:cantSplit/>
        </w:trPr>
        <w:tc>
          <w:tcPr>
            <w:tcW w:w="104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0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Извещение</w:t>
            </w:r>
          </w:p>
        </w:tc>
        <w:tc>
          <w:tcPr>
            <w:tcW w:w="2599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</w:t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3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Изм.</w:t>
            </w:r>
          </w:p>
        </w:tc>
        <w:tc>
          <w:tcPr>
            <w:tcW w:w="278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Содержание изменения</w:t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0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749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006" w:type="dxa"/>
            <w:gridSpan w:val="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0367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5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