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094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15"/>
        <w:gridCol w:w="260"/>
        <w:gridCol w:w="366"/>
        <w:gridCol w:w="1041"/>
        <w:gridCol w:w="6774"/>
        <w:gridCol w:w="3122"/>
        <w:gridCol w:w="1826"/>
        <w:gridCol w:w="2342"/>
        <w:gridCol w:w="1045"/>
        <w:gridCol w:w="1041"/>
        <w:gridCol w:w="1301"/>
        <w:gridCol w:w="1513"/>
        <w:gridCol w:w="520"/>
        <w:gridCol w:w="49"/>
        <w:gridCol w:w="472"/>
        <w:gridCol w:w="520"/>
        <w:gridCol w:w="520"/>
        <w:gridCol w:w="781"/>
        <w:gridCol w:w="520"/>
        <w:gridCol w:w="5729"/>
        <w:gridCol w:w="525"/>
        <w:gridCol w:w="260"/>
      </w:tblGrid>
      <w:tr>
        <w:trPr>
          <w:trHeight w:val="260" w:hRule="exact"/>
          <w:cantSplit/>
        </w:trPr>
        <w:tc>
          <w:tcPr>
            <w:tcW w:w="30943" w:type="dxa"/>
            <w:gridSpan w:val="22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41" w:hRule="exact"/>
          <w:cantSplit/>
        </w:trPr>
        <w:tc>
          <w:tcPr>
            <w:tcW w:w="1041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Позиция</w:t>
            </w:r>
          </w:p>
        </w:tc>
        <w:tc>
          <w:tcPr>
            <w:tcW w:w="677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02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Наименование и техническая характеристика</w:t>
            </w:r>
          </w:p>
        </w:tc>
        <w:tc>
          <w:tcPr>
            <w:tcW w:w="31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Тип, марка, обозначение документа, опросного листа</w:t>
            </w:r>
          </w:p>
        </w:tc>
        <w:tc>
          <w:tcPr>
            <w:tcW w:w="182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Код обору- дования, изде- лия, материала</w:t>
            </w:r>
          </w:p>
        </w:tc>
        <w:tc>
          <w:tcPr>
            <w:tcW w:w="234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Завод- изготовитель, поставщик</w:t>
            </w:r>
          </w:p>
        </w:tc>
        <w:tc>
          <w:tcPr>
            <w:tcW w:w="104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Единица измерения</w:t>
            </w:r>
          </w:p>
        </w:tc>
        <w:tc>
          <w:tcPr>
            <w:tcW w:w="104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7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Коли- чество</w:t>
            </w:r>
          </w:p>
        </w:tc>
        <w:tc>
          <w:tcPr>
            <w:tcW w:w="130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86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Масса единицы, кг</w:t>
            </w:r>
          </w:p>
        </w:tc>
        <w:tc>
          <w:tcPr>
            <w:tcW w:w="2082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Примечания</w:t>
            </w:r>
          </w:p>
        </w:tc>
        <w:tc>
          <w:tcPr>
            <w:tcW w:w="9068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13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2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34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5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15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</w:t>
            </w:r>
          </w:p>
        </w:tc>
        <w:tc>
          <w:tcPr>
            <w:tcW w:w="3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2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34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5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66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3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 и дата</w:t>
            </w:r>
          </w:p>
        </w:tc>
        <w:tc>
          <w:tcPr>
            <w:tcW w:w="3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77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12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826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342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5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04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1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82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5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19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77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12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82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342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5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30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082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068" w:type="dxa"/>
            <w:gridSpan w:val="7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01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9642" w:type="dxa"/>
            <w:gridSpan w:val="18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305" w:hRule="exact"/>
          <w:cantSplit/>
        </w:trPr>
        <w:tc>
          <w:tcPr>
            <w:tcW w:w="415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Инв. № подл.</w:t>
            </w:r>
          </w:p>
        </w:tc>
        <w:tc>
          <w:tcPr>
            <w:tcW w:w="3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1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23" w:hRule="exact"/>
          <w:cantSplit/>
        </w:trPr>
        <w:tc>
          <w:tcPr>
            <w:tcW w:w="1041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642" w:type="dxa"/>
            <w:gridSpan w:val="1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Лист</w:t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06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54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78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729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0" w:hRule="exact"/>
          <w:cantSplit/>
        </w:trPr>
        <w:tc>
          <w:tcPr>
            <w:tcW w:w="1041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0005" w:type="dxa"/>
            <w:gridSpan w:val="9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Кол. уч. Лист</w:t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5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№ док.</w:t>
            </w:r>
          </w:p>
        </w:tc>
        <w:tc>
          <w:tcPr>
            <w:tcW w:w="781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Подп.</w:t>
            </w:r>
          </w:p>
        </w:tc>
        <w:tc>
          <w:tcPr>
            <w:tcW w:w="52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Дата</w:t>
            </w:r>
          </w:p>
        </w:tc>
        <w:tc>
          <w:tcPr>
            <w:tcW w:w="5729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25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6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65" w:hRule="exact"/>
          <w:cantSplit/>
        </w:trPr>
        <w:tc>
          <w:tcPr>
            <w:tcW w:w="30943" w:type="dxa"/>
            <w:gridSpan w:val="22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8614"/>
            </w:pPr>
            <w:r>
              <w:rPr>
                <w:rFonts w:ascii="GOST type A" w:hAnsi="GOST type A" w:cs="GOST type A" w:eastAsia="GOST type A"/>
                <w:i/>
                <w:sz w:val="20"/>
                <w:szCs w:val="20"/>
              </w:rPr>
              <w:t>Формат A2</w:t>
            </w:r>
          </w:p>
        </w:tc>
      </w:tr>
    </w:tbl>
    <w:sectPr w:rsidR="00FC693F" w:rsidRPr="0006063C" w:rsidSect="00034616">
      <w:pgSz w:w="31000" w:h="21932"/>
      <w:pgMar w:top="26" w:right="31" w:bottom="0" w:left="2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