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60"/>
        <w:gridCol w:w="260"/>
        <w:gridCol w:w="260"/>
        <w:gridCol w:w="260"/>
        <w:gridCol w:w="886"/>
        <w:gridCol w:w="313"/>
        <w:gridCol w:w="207"/>
        <w:gridCol w:w="313"/>
        <w:gridCol w:w="520"/>
        <w:gridCol w:w="260"/>
        <w:gridCol w:w="419"/>
        <w:gridCol w:w="520"/>
        <w:gridCol w:w="154"/>
        <w:gridCol w:w="781"/>
        <w:gridCol w:w="260"/>
        <w:gridCol w:w="520"/>
        <w:gridCol w:w="992"/>
        <w:gridCol w:w="207"/>
        <w:gridCol w:w="467"/>
        <w:gridCol w:w="53"/>
        <w:gridCol w:w="419"/>
        <w:gridCol w:w="781"/>
        <w:gridCol w:w="520"/>
        <w:gridCol w:w="106"/>
        <w:gridCol w:w="622"/>
        <w:gridCol w:w="1200"/>
        <w:gridCol w:w="1147"/>
        <w:gridCol w:w="781"/>
        <w:gridCol w:w="781"/>
        <w:gridCol w:w="939"/>
        <w:gridCol w:w="11824"/>
        <w:gridCol w:w="3647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3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0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18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Извещение</w:t>
            </w:r>
          </w:p>
        </w:tc>
        <w:tc>
          <w:tcPr>
            <w:tcW w:w="322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Обозначение</w:t>
            </w:r>
          </w:p>
        </w:tc>
        <w:tc>
          <w:tcPr>
            <w:tcW w:w="4847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Причина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Код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Листов</w:t>
            </w:r>
          </w:p>
        </w:tc>
        <w:tc>
          <w:tcPr>
            <w:tcW w:w="1547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18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228" w:type="dxa"/>
            <w:gridSpan w:val="6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47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9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 выпуска</w:t>
            </w:r>
          </w:p>
        </w:tc>
        <w:tc>
          <w:tcPr>
            <w:tcW w:w="109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Срок изм.</w:t>
            </w:r>
          </w:p>
        </w:tc>
        <w:tc>
          <w:tcPr>
            <w:tcW w:w="99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(ДПИ, ПР)</w:t>
            </w:r>
          </w:p>
        </w:tc>
        <w:tc>
          <w:tcPr>
            <w:tcW w:w="182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2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9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Срок действия ПИ</w:t>
            </w:r>
          </w:p>
        </w:tc>
        <w:tc>
          <w:tcPr>
            <w:tcW w:w="17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6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Указание о заделе</w:t>
            </w:r>
          </w:p>
        </w:tc>
        <w:tc>
          <w:tcPr>
            <w:tcW w:w="9116" w:type="dxa"/>
            <w:gridSpan w:val="1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119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6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116" w:type="dxa"/>
            <w:gridSpan w:val="1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11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3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Изм.</w:t>
            </w:r>
          </w:p>
        </w:tc>
        <w:tc>
          <w:tcPr>
            <w:tcW w:w="9637" w:type="dxa"/>
            <w:gridSpan w:val="2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Содержание изменения</w:t>
            </w:r>
          </w:p>
        </w:tc>
        <w:tc>
          <w:tcPr>
            <w:tcW w:w="1911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0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755" w:type="dxa"/>
            <w:gridSpan w:val="27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6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8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7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внедрении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Применяемость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Разослать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67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34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3" w:hRule="exact"/>
          <w:cantSplit/>
        </w:trPr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Приложение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32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2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Составил</w:t>
            </w:r>
          </w:p>
        </w:tc>
        <w:tc>
          <w:tcPr>
            <w:tcW w:w="172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Проверил</w:t>
            </w:r>
          </w:p>
        </w:tc>
        <w:tc>
          <w:tcPr>
            <w:tcW w:w="17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Т. контроль</w:t>
            </w:r>
          </w:p>
        </w:tc>
        <w:tc>
          <w:tcPr>
            <w:tcW w:w="172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Н. контроль</w:t>
            </w:r>
          </w:p>
        </w:tc>
        <w:tc>
          <w:tcPr>
            <w:tcW w:w="172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Утвердил</w:t>
            </w:r>
          </w:p>
        </w:tc>
        <w:tc>
          <w:tcPr>
            <w:tcW w:w="192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Пред. заказ.</w:t>
            </w:r>
          </w:p>
        </w:tc>
        <w:tc>
          <w:tcPr>
            <w:tcW w:w="15471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27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27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4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5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40" w:type="dxa"/>
            <w:gridSpan w:val="7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Контрольную копию исправил</w:t>
            </w:r>
          </w:p>
        </w:tc>
        <w:tc>
          <w:tcPr>
            <w:tcW w:w="1248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3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