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3970"/>
        <w:gridCol w:w="283"/>
        <w:gridCol w:w="283"/>
        <w:gridCol w:w="283"/>
        <w:gridCol w:w="317"/>
        <w:gridCol w:w="648"/>
        <w:gridCol w:w="226"/>
        <w:gridCol w:w="797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7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13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0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Масса</w:t>
            </w:r>
          </w:p>
        </w:tc>
        <w:tc>
          <w:tcPr>
            <w:tcW w:w="102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Масштаб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1:1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6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 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