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1306"/>
        <w:gridCol w:w="566"/>
        <w:gridCol w:w="283"/>
        <w:gridCol w:w="566"/>
        <w:gridCol w:w="1133"/>
        <w:gridCol w:w="2837"/>
        <w:gridCol w:w="278"/>
        <w:gridCol w:w="288"/>
        <w:gridCol w:w="283"/>
        <w:gridCol w:w="965"/>
        <w:gridCol w:w="1018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11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Аппарат</w:t>
            </w:r>
          </w:p>
        </w:tc>
        <w:tc>
          <w:tcPr>
            <w:tcW w:w="198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 зажима</w:t>
            </w:r>
          </w:p>
        </w:tc>
        <w:tc>
          <w:tcPr>
            <w:tcW w:w="283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Маркировка</w:t>
            </w:r>
          </w:p>
        </w:tc>
        <w:tc>
          <w:tcPr>
            <w:tcW w:w="2832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2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55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4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63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1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4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8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