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5674"/>
        <w:gridCol w:w="566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024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7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1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Вер.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7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Дата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7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