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173"/>
        <w:gridCol w:w="677"/>
        <w:gridCol w:w="283"/>
        <w:gridCol w:w="283"/>
        <w:gridCol w:w="283"/>
        <w:gridCol w:w="571"/>
        <w:gridCol w:w="2549"/>
        <w:gridCol w:w="566"/>
        <w:gridCol w:w="283"/>
        <w:gridCol w:w="283"/>
        <w:gridCol w:w="283"/>
        <w:gridCol w:w="283"/>
        <w:gridCol w:w="571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8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080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</w:t>
            </w:r>
          </w:p>
        </w:tc>
        <w:tc>
          <w:tcPr>
            <w:tcW w:w="4248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Материал</w:t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gridSpan w:val="8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248" w:type="dxa"/>
            <w:gridSpan w:val="6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26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