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451"/>
        <w:gridCol w:w="854"/>
        <w:gridCol w:w="850"/>
        <w:gridCol w:w="566"/>
        <w:gridCol w:w="1133"/>
        <w:gridCol w:w="2554"/>
        <w:gridCol w:w="1133"/>
        <w:gridCol w:w="141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Проводник Поз.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Откуда идет</w:t>
            </w:r>
          </w:p>
        </w:tc>
        <w:tc>
          <w:tcPr>
            <w:tcW w:w="25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Куда поступает Длина, Примечание</w:t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