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792"/>
        <w:gridCol w:w="624"/>
        <w:gridCol w:w="2381"/>
        <w:gridCol w:w="173"/>
        <w:gridCol w:w="278"/>
        <w:gridCol w:w="288"/>
        <w:gridCol w:w="283"/>
        <w:gridCol w:w="168"/>
        <w:gridCol w:w="566"/>
        <w:gridCol w:w="115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88" w:type="dxa"/>
            <w:gridSpan w:val="19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1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