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965"/>
        <w:gridCol w:w="1982"/>
        <w:gridCol w:w="2098"/>
        <w:gridCol w:w="16330"/>
        <w:gridCol w:w="1018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4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Извещение</w:t>
            </w:r>
          </w:p>
        </w:tc>
        <w:tc>
          <w:tcPr>
            <w:tcW w:w="1842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</w:t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2041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101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08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7347" w:type="dxa"/>
            <w:gridSpan w:val="2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197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5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7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