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8"/>
        <w:gridCol w:w="509"/>
        <w:gridCol w:w="624"/>
        <w:gridCol w:w="682"/>
        <w:gridCol w:w="850"/>
        <w:gridCol w:w="566"/>
        <w:gridCol w:w="734"/>
        <w:gridCol w:w="3235"/>
        <w:gridCol w:w="168"/>
        <w:gridCol w:w="110"/>
        <w:gridCol w:w="288"/>
        <w:gridCol w:w="168"/>
        <w:gridCol w:w="115"/>
        <w:gridCol w:w="965"/>
        <w:gridCol w:w="1018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20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Зона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Поз. обозна- чение</w:t>
            </w:r>
          </w:p>
        </w:tc>
        <w:tc>
          <w:tcPr>
            <w:tcW w:w="2832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340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Тип и техническая характеристика</w:t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Примечание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98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20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