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7368"/>
        <w:gridCol w:w="168"/>
        <w:gridCol w:w="398"/>
        <w:gridCol w:w="566"/>
        <w:gridCol w:w="1306"/>
        <w:gridCol w:w="850"/>
        <w:gridCol w:w="566"/>
        <w:gridCol w:w="115"/>
        <w:gridCol w:w="566"/>
        <w:gridCol w:w="682"/>
        <w:gridCol w:w="4872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Обозначение</w:t>
            </w:r>
          </w:p>
        </w:tc>
        <w:tc>
          <w:tcPr>
            <w:tcW w:w="736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Наименование</w:t>
            </w:r>
          </w:p>
        </w:tc>
        <w:tc>
          <w:tcPr>
            <w:tcW w:w="4536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Куда входит</w:t>
            </w:r>
          </w:p>
        </w:tc>
        <w:tc>
          <w:tcPr>
            <w:tcW w:w="68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Общее кол.</w:t>
            </w:r>
          </w:p>
        </w:tc>
        <w:tc>
          <w:tcPr>
            <w:tcW w:w="543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7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15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6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0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36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7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43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6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43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