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6838" w:type="dxa"/>
        <w:tblLayout w:type="fixed"/>
        <w:tblInd w:w="0" w:type="dxa"/>
        <w:tblCellMar>
          <w:top w:w="0" w:type="dxa"/>
          <w:bottom w:w="0" w:type="dxa"/>
          <w:left w:w="0" w:type="dxa"/>
          <w:right w:w="0" w:type="dxa"/>
        </w:tblCellMar>
        <w:tblBorders/>
      </w:tblPr>
      <w:tblGrid>
        <w:gridCol w:w="1133"/>
        <w:gridCol w:w="15422"/>
        <w:gridCol w:w="283"/>
      </w:tblGrid>
      <w:tr>
        <w:trPr>
          <w:trHeight w:val="283" w:hRule="exact"/>
          <w:cantSplit/>
        </w:trPr>
        <w:tc>
          <w:tcPr>
            <w:tcW w:w="16838" w:type="dxa"/>
            <w:gridSpan w:val="3"/>
            <w:tcBorders>
              <w:top w:val="single" w:sz="4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3242" w:hRule="exact"/>
          <w:cantSplit/>
        </w:trPr>
        <w:tc>
          <w:tcPr>
            <w:tcW w:w="1133" w:type="dxa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22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88" w:hRule="exact"/>
          <w:cantSplit/>
        </w:trPr>
        <w:tc>
          <w:tcPr>
            <w:tcW w:w="16838" w:type="dxa"/>
            <w:gridSpan w:val="3"/>
            <w:tcBorders>
              <w:top w:val="single" w:sz="13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</w:tbl>
    <w:sectPr w:rsidR="00FC693F" w:rsidRPr="0006063C" w:rsidSect="00034616">
      <w:pgSz w:w="16901" w:h="23870"/>
      <w:pgMar w:top="29" w:right="34" w:bottom="0" w:left="29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GOST type A" w:hAnsi="GOST type A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