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68"/>
        <w:gridCol w:w="1138"/>
        <w:gridCol w:w="850"/>
        <w:gridCol w:w="566"/>
        <w:gridCol w:w="283"/>
        <w:gridCol w:w="3403"/>
        <w:gridCol w:w="566"/>
        <w:gridCol w:w="1982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обозна- чение</w:t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Тип и техническая характеристика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2549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