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566"/>
        <w:gridCol w:w="1306"/>
        <w:gridCol w:w="566"/>
        <w:gridCol w:w="283"/>
        <w:gridCol w:w="566"/>
        <w:gridCol w:w="283"/>
        <w:gridCol w:w="1982"/>
        <w:gridCol w:w="1704"/>
        <w:gridCol w:w="278"/>
        <w:gridCol w:w="288"/>
        <w:gridCol w:w="283"/>
        <w:gridCol w:w="850"/>
        <w:gridCol w:w="115"/>
        <w:gridCol w:w="1018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19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850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Перв. примен.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Аппарат</w:t>
            </w:r>
          </w:p>
        </w:tc>
        <w:tc>
          <w:tcPr>
            <w:tcW w:w="1133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Номер</w:t>
            </w:r>
          </w:p>
        </w:tc>
        <w:tc>
          <w:tcPr>
            <w:tcW w:w="1982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зажима Маркировка</w:t>
            </w:r>
          </w:p>
        </w:tc>
        <w:tc>
          <w:tcPr>
            <w:tcW w:w="3403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Данные провода</w:t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8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Приме- чание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5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6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Справ. №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3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5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9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2" w:type="dxa"/>
            <w:gridSpan w:val="9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965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01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7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1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6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6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19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7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