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1416"/>
        <w:gridCol w:w="2554"/>
        <w:gridCol w:w="278"/>
        <w:gridCol w:w="288"/>
        <w:gridCol w:w="283"/>
        <w:gridCol w:w="168"/>
        <w:gridCol w:w="566"/>
        <w:gridCol w:w="115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8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