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66"/>
        <w:gridCol w:w="1306"/>
        <w:gridCol w:w="850"/>
        <w:gridCol w:w="566"/>
        <w:gridCol w:w="682"/>
        <w:gridCol w:w="5554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№ строки</w:t>
            </w:r>
          </w:p>
        </w:tc>
        <w:tc>
          <w:tcPr>
            <w:tcW w:w="3970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612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3970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12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9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14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18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19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20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21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23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9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24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25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26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27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28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29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2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