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398"/>
        <w:gridCol w:w="2554"/>
        <w:gridCol w:w="3970"/>
        <w:gridCol w:w="1584"/>
        <w:gridCol w:w="398"/>
        <w:gridCol w:w="566"/>
        <w:gridCol w:w="566"/>
        <w:gridCol w:w="739"/>
        <w:gridCol w:w="850"/>
        <w:gridCol w:w="566"/>
        <w:gridCol w:w="1814"/>
        <w:gridCol w:w="907"/>
        <w:gridCol w:w="907"/>
        <w:gridCol w:w="341"/>
        <w:gridCol w:w="283"/>
        <w:gridCol w:w="283"/>
        <w:gridCol w:w="283"/>
        <w:gridCol w:w="624"/>
        <w:gridCol w:w="226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№ строки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продукции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1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Обозначение документа на поставку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 входит (обозначение)</w:t>
            </w:r>
          </w:p>
        </w:tc>
        <w:tc>
          <w:tcPr>
            <w:tcW w:w="3629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из- делие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 комп- лекты</w:t>
            </w:r>
          </w:p>
        </w:tc>
        <w:tc>
          <w:tcPr>
            <w:tcW w:w="9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ре- гулир. Всего</w:t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6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18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21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24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6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21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