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882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29"/>
        <w:gridCol w:w="1133"/>
        <w:gridCol w:w="1133"/>
        <w:gridCol w:w="1138"/>
        <w:gridCol w:w="1416"/>
        <w:gridCol w:w="34"/>
      </w:tblGrid>
      <w:tr>
        <w:trPr>
          <w:trHeight w:val="29" w:hRule="exact"/>
          <w:cantSplit/>
        </w:trPr>
        <w:tc>
          <w:tcPr>
            <w:tcW w:w="4882" w:type="dxa"/>
            <w:gridSpan w:val="6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566" w:hRule="exact"/>
          <w:cantSplit/>
        </w:trPr>
        <w:tc>
          <w:tcPr>
            <w:tcW w:w="29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19" w:type="dxa"/>
            <w:gridSpan w:val="4"/>
            <w:tcBorders>
              <w:top w:val="single" w:sz="13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Требуется изготовить</w:t>
            </w:r>
          </w:p>
        </w:tc>
        <w:tc>
          <w:tcPr>
            <w:tcW w:w="34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27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Отпр. марка</w:t>
            </w:r>
          </w:p>
        </w:tc>
        <w:tc>
          <w:tcPr>
            <w:tcW w:w="113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7"/>
                <w:szCs w:val="27"/>
              </w:rPr>
              <w:t>Кол., шт.</w:t>
            </w:r>
          </w:p>
        </w:tc>
        <w:tc>
          <w:tcPr>
            <w:tcW w:w="2554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Масса, кг</w:t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22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шт.</w:t>
            </w:r>
          </w:p>
        </w:tc>
        <w:tc>
          <w:tcPr>
            <w:tcW w:w="141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общ.</w:t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4" w:hRule="exact"/>
          <w:cantSplit/>
        </w:trPr>
        <w:tc>
          <w:tcPr>
            <w:tcW w:w="4882" w:type="dxa"/>
            <w:gridSpan w:val="6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</w:tbl>
    <w:sectPr w:rsidR="00FC693F" w:rsidRPr="0006063C" w:rsidSect="00034616">
      <w:pgSz w:w="11906" w:h="16838"/>
      <w:pgMar w:top="283" w:right="6741" w:bottom="0" w:left="283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