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566"/>
        <w:gridCol w:w="850"/>
        <w:gridCol w:w="514"/>
        <w:gridCol w:w="1358"/>
        <w:gridCol w:w="115"/>
        <w:gridCol w:w="1243"/>
        <w:gridCol w:w="173"/>
        <w:gridCol w:w="965"/>
        <w:gridCol w:w="226"/>
        <w:gridCol w:w="168"/>
        <w:gridCol w:w="58"/>
        <w:gridCol w:w="509"/>
        <w:gridCol w:w="624"/>
        <w:gridCol w:w="682"/>
        <w:gridCol w:w="173"/>
        <w:gridCol w:w="677"/>
        <w:gridCol w:w="566"/>
        <w:gridCol w:w="739"/>
        <w:gridCol w:w="2832"/>
        <w:gridCol w:w="1704"/>
        <w:gridCol w:w="965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4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8333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333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2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6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5443" w:type="dxa"/>
            <w:gridSpan w:val="8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листов (страниц)</w:t>
            </w:r>
          </w:p>
        </w:tc>
        <w:tc>
          <w:tcPr>
            <w:tcW w:w="1358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(страниц) в документе</w:t>
            </w:r>
          </w:p>
        </w:tc>
        <w:tc>
          <w:tcPr>
            <w:tcW w:w="2837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документа</w:t>
            </w:r>
          </w:p>
        </w:tc>
        <w:tc>
          <w:tcPr>
            <w:tcW w:w="283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номер сопроводительного документа и дата</w:t>
            </w:r>
          </w:p>
        </w:tc>
        <w:tc>
          <w:tcPr>
            <w:tcW w:w="170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1531" w:type="dxa"/>
            <w:gridSpan w:val="2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измененных замененных</w:t>
            </w:r>
          </w:p>
        </w:tc>
        <w:tc>
          <w:tcPr>
            <w:tcW w:w="135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новых</w:t>
            </w:r>
          </w:p>
        </w:tc>
        <w:tc>
          <w:tcPr>
            <w:tcW w:w="136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аннулиро- ванных</w:t>
            </w:r>
          </w:p>
        </w:tc>
        <w:tc>
          <w:tcPr>
            <w:tcW w:w="1358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2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