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168"/>
        <w:gridCol w:w="1138"/>
        <w:gridCol w:w="850"/>
        <w:gridCol w:w="566"/>
        <w:gridCol w:w="3686"/>
        <w:gridCol w:w="566"/>
        <w:gridCol w:w="1982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4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Поз. обозна- чение</w:t>
            </w:r>
          </w:p>
        </w:tc>
        <w:tc>
          <w:tcPr>
            <w:tcW w:w="624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2549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4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