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1904" w:type="dxa"/>
        <w:tblLayout w:type="fixed"/>
        <w:tblInd w:w="0" w:type="dxa"/>
        <w:tblCellMar>
          <w:top w:w="0" w:type="dxa"/>
          <w:bottom w:w="0" w:type="dxa"/>
          <w:left w:w="0" w:type="dxa"/>
          <w:right w:w="0" w:type="dxa"/>
        </w:tblCellMar>
        <w:tblBorders/>
      </w:tblPr>
      <w:tblGrid>
        <w:gridCol w:w="451"/>
        <w:gridCol w:w="283"/>
        <w:gridCol w:w="398"/>
        <w:gridCol w:w="398"/>
        <w:gridCol w:w="566"/>
        <w:gridCol w:w="168"/>
        <w:gridCol w:w="1138"/>
        <w:gridCol w:w="850"/>
        <w:gridCol w:w="566"/>
        <w:gridCol w:w="3686"/>
        <w:gridCol w:w="283"/>
        <w:gridCol w:w="281"/>
        <w:gridCol w:w="286"/>
        <w:gridCol w:w="283"/>
        <w:gridCol w:w="850"/>
        <w:gridCol w:w="1133"/>
        <w:gridCol w:w="283"/>
      </w:tblGrid>
      <w:tr>
        <w:trPr>
          <w:trHeight w:val="283" w:hRule="exact"/>
          <w:cantSplit/>
        </w:trPr>
        <w:tc>
          <w:tcPr>
            <w:tcW w:w="11904" w:type="dxa"/>
            <w:gridSpan w:val="17"/>
            <w:tcBorders>
              <w:top w:val="single" w:sz="4" w:color="000000"/>
              <w:bottom w:val="single" w:sz="13" w:color="000000"/>
              <w:left w:val="single" w:sz="4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850" w:hRule="exact"/>
          <w:cantSplit/>
        </w:trPr>
        <w:tc>
          <w:tcPr>
            <w:tcW w:w="451" w:type="dxa"/>
            <w:vMerge w:val="restart"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textDirection w:val="btLr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16"/>
                <w:szCs w:val="16"/>
              </w:rPr>
              <w:t>Перв. примен.</w:t>
            </w:r>
          </w:p>
        </w:tc>
        <w:tc>
          <w:tcPr>
            <w:tcW w:w="398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gridSpan w:val="3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16"/>
                <w:szCs w:val="16"/>
              </w:rPr>
              <w:t>Поз. обозна- чение</w:t>
            </w:r>
          </w:p>
        </w:tc>
        <w:tc>
          <w:tcPr>
            <w:tcW w:w="6240" w:type="dxa"/>
            <w:gridSpan w:val="4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>Наименование</w:t>
            </w:r>
          </w:p>
        </w:tc>
        <w:tc>
          <w:tcPr>
            <w:tcW w:w="564" w:type="dxa"/>
            <w:gridSpan w:val="2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  <w:ind w:left="21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>Кол.</w:t>
            </w:r>
          </w:p>
        </w:tc>
        <w:tc>
          <w:tcPr>
            <w:tcW w:w="2551" w:type="dxa"/>
            <w:gridSpan w:val="4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>Примечание</w:t>
            </w:r>
          </w:p>
        </w:tc>
        <w:tc>
          <w:tcPr>
            <w:tcW w:w="283" w:type="dxa"/>
            <w:vMerge w:val="restart"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6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gridSpan w:val="3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6240" w:type="dxa"/>
            <w:gridSpan w:val="4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4" w:type="dxa"/>
            <w:gridSpan w:val="2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551" w:type="dxa"/>
            <w:gridSpan w:val="4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1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6240" w:type="dxa"/>
            <w:gridSpan w:val="4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4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551" w:type="dxa"/>
            <w:gridSpan w:val="4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6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6240" w:type="dxa"/>
            <w:gridSpan w:val="4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4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551" w:type="dxa"/>
            <w:gridSpan w:val="4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1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6240" w:type="dxa"/>
            <w:gridSpan w:val="4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4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551" w:type="dxa"/>
            <w:gridSpan w:val="4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6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6240" w:type="dxa"/>
            <w:gridSpan w:val="4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4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551" w:type="dxa"/>
            <w:gridSpan w:val="4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283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133" w:type="dxa"/>
            <w:gridSpan w:val="3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6240" w:type="dxa"/>
            <w:gridSpan w:val="4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4" w:type="dxa"/>
            <w:gridSpan w:val="2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551" w:type="dxa"/>
            <w:gridSpan w:val="4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168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textDirection w:val="btLr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16"/>
                <w:szCs w:val="16"/>
              </w:rPr>
              <w:t>Справ. №</w:t>
            </w:r>
          </w:p>
        </w:tc>
        <w:tc>
          <w:tcPr>
            <w:tcW w:w="398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133" w:type="dxa"/>
            <w:gridSpan w:val="3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6240" w:type="dxa"/>
            <w:gridSpan w:val="4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4" w:type="dxa"/>
            <w:gridSpan w:val="2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551" w:type="dxa"/>
            <w:gridSpan w:val="4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456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6240" w:type="dxa"/>
            <w:gridSpan w:val="4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4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551" w:type="dxa"/>
            <w:gridSpan w:val="4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1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6240" w:type="dxa"/>
            <w:gridSpan w:val="4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4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551" w:type="dxa"/>
            <w:gridSpan w:val="4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6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6240" w:type="dxa"/>
            <w:gridSpan w:val="4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4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551" w:type="dxa"/>
            <w:gridSpan w:val="4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1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6240" w:type="dxa"/>
            <w:gridSpan w:val="4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4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551" w:type="dxa"/>
            <w:gridSpan w:val="4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1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6240" w:type="dxa"/>
            <w:gridSpan w:val="4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4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551" w:type="dxa"/>
            <w:gridSpan w:val="4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6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6240" w:type="dxa"/>
            <w:gridSpan w:val="4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4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551" w:type="dxa"/>
            <w:gridSpan w:val="4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1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6240" w:type="dxa"/>
            <w:gridSpan w:val="4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4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551" w:type="dxa"/>
            <w:gridSpan w:val="4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58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133" w:type="dxa"/>
            <w:gridSpan w:val="3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6240" w:type="dxa"/>
            <w:gridSpan w:val="4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4" w:type="dxa"/>
            <w:gridSpan w:val="2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551" w:type="dxa"/>
            <w:gridSpan w:val="4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398" w:hRule="exact"/>
          <w:cantSplit/>
        </w:trPr>
        <w:tc>
          <w:tcPr>
            <w:tcW w:w="1133" w:type="dxa"/>
            <w:gridSpan w:val="3"/>
            <w:vMerge w:val="restart"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gridSpan w:val="3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6240" w:type="dxa"/>
            <w:gridSpan w:val="4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4" w:type="dxa"/>
            <w:gridSpan w:val="2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551" w:type="dxa"/>
            <w:gridSpan w:val="4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1" w:hRule="exact"/>
          <w:cantSplit/>
        </w:trPr>
        <w:tc>
          <w:tcPr>
            <w:tcW w:w="1133" w:type="dxa"/>
            <w:gridSpan w:val="3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6240" w:type="dxa"/>
            <w:gridSpan w:val="4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4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551" w:type="dxa"/>
            <w:gridSpan w:val="4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398" w:hRule="exact"/>
          <w:cantSplit/>
        </w:trPr>
        <w:tc>
          <w:tcPr>
            <w:tcW w:w="1133" w:type="dxa"/>
            <w:gridSpan w:val="3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gridSpan w:val="3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6240" w:type="dxa"/>
            <w:gridSpan w:val="4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4" w:type="dxa"/>
            <w:gridSpan w:val="2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551" w:type="dxa"/>
            <w:gridSpan w:val="4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58" w:hRule="exact"/>
          <w:cantSplit/>
        </w:trPr>
        <w:tc>
          <w:tcPr>
            <w:tcW w:w="451" w:type="dxa"/>
            <w:vMerge w:val="restart"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textDirection w:val="btLr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Подп. и дата</w:t>
            </w:r>
          </w:p>
        </w:tc>
        <w:tc>
          <w:tcPr>
            <w:tcW w:w="398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133" w:type="dxa"/>
            <w:gridSpan w:val="3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6240" w:type="dxa"/>
            <w:gridSpan w:val="4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4" w:type="dxa"/>
            <w:gridSpan w:val="2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551" w:type="dxa"/>
            <w:gridSpan w:val="4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451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6240" w:type="dxa"/>
            <w:gridSpan w:val="4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4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551" w:type="dxa"/>
            <w:gridSpan w:val="4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6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6240" w:type="dxa"/>
            <w:gridSpan w:val="4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4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551" w:type="dxa"/>
            <w:gridSpan w:val="4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1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6240" w:type="dxa"/>
            <w:gridSpan w:val="4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4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551" w:type="dxa"/>
            <w:gridSpan w:val="4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6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6240" w:type="dxa"/>
            <w:gridSpan w:val="4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4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551" w:type="dxa"/>
            <w:gridSpan w:val="4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115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133" w:type="dxa"/>
            <w:gridSpan w:val="3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6240" w:type="dxa"/>
            <w:gridSpan w:val="4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4" w:type="dxa"/>
            <w:gridSpan w:val="2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551" w:type="dxa"/>
            <w:gridSpan w:val="4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336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textDirection w:val="btLr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16"/>
                <w:szCs w:val="16"/>
              </w:rPr>
              <w:t>Взам. инв. №Инв. № дубл.</w:t>
            </w:r>
          </w:p>
        </w:tc>
        <w:tc>
          <w:tcPr>
            <w:tcW w:w="398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133" w:type="dxa"/>
            <w:gridSpan w:val="3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6240" w:type="dxa"/>
            <w:gridSpan w:val="4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4" w:type="dxa"/>
            <w:gridSpan w:val="2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551" w:type="dxa"/>
            <w:gridSpan w:val="4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456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6240" w:type="dxa"/>
            <w:gridSpan w:val="4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4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551" w:type="dxa"/>
            <w:gridSpan w:val="4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1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6240" w:type="dxa"/>
            <w:gridSpan w:val="4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4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551" w:type="dxa"/>
            <w:gridSpan w:val="4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173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133" w:type="dxa"/>
            <w:gridSpan w:val="3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6240" w:type="dxa"/>
            <w:gridSpan w:val="4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4" w:type="dxa"/>
            <w:gridSpan w:val="2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551" w:type="dxa"/>
            <w:gridSpan w:val="4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283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133" w:type="dxa"/>
            <w:gridSpan w:val="3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6240" w:type="dxa"/>
            <w:gridSpan w:val="4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4" w:type="dxa"/>
            <w:gridSpan w:val="2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551" w:type="dxa"/>
            <w:gridSpan w:val="4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451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6240" w:type="dxa"/>
            <w:gridSpan w:val="4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4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551" w:type="dxa"/>
            <w:gridSpan w:val="4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6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6240" w:type="dxa"/>
            <w:gridSpan w:val="4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4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551" w:type="dxa"/>
            <w:gridSpan w:val="4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226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133" w:type="dxa"/>
            <w:gridSpan w:val="3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6240" w:type="dxa"/>
            <w:gridSpan w:val="4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4" w:type="dxa"/>
            <w:gridSpan w:val="2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551" w:type="dxa"/>
            <w:gridSpan w:val="4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226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textDirection w:val="btLr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16"/>
                <w:szCs w:val="16"/>
              </w:rPr>
              <w:t>Подп. и дата</w:t>
            </w:r>
          </w:p>
        </w:tc>
        <w:tc>
          <w:tcPr>
            <w:tcW w:w="398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133" w:type="dxa"/>
            <w:gridSpan w:val="3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6240" w:type="dxa"/>
            <w:gridSpan w:val="4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4" w:type="dxa"/>
            <w:gridSpan w:val="2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551" w:type="dxa"/>
            <w:gridSpan w:val="4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456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6240" w:type="dxa"/>
            <w:gridSpan w:val="4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4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551" w:type="dxa"/>
            <w:gridSpan w:val="4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1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gridSpan w:val="3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6240" w:type="dxa"/>
            <w:gridSpan w:val="4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4" w:type="dxa"/>
            <w:gridSpan w:val="2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551" w:type="dxa"/>
            <w:gridSpan w:val="4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283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306" w:type="dxa"/>
            <w:gridSpan w:val="2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850" w:type="dxa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6802" w:type="dxa"/>
            <w:gridSpan w:val="7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283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306" w:type="dxa"/>
            <w:gridSpan w:val="2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850" w:type="dxa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6802" w:type="dxa"/>
            <w:gridSpan w:val="7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283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6"/>
                <w:szCs w:val="16"/>
              </w:rPr>
              <w:t>Изм. Лист</w:t>
            </w:r>
          </w:p>
        </w:tc>
        <w:tc>
          <w:tcPr>
            <w:tcW w:w="1306" w:type="dxa"/>
            <w:gridSpan w:val="2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№ докум.</w:t>
            </w:r>
          </w:p>
        </w:tc>
        <w:tc>
          <w:tcPr>
            <w:tcW w:w="850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Подп.</w:t>
            </w:r>
          </w:p>
        </w:tc>
        <w:tc>
          <w:tcPr>
            <w:tcW w:w="566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  <w:ind w:left="23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Дата</w:t>
            </w:r>
          </w:p>
        </w:tc>
        <w:tc>
          <w:tcPr>
            <w:tcW w:w="6802" w:type="dxa"/>
            <w:gridSpan w:val="7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288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textDirection w:val="btLr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16"/>
                <w:szCs w:val="16"/>
              </w:rPr>
              <w:t>Инв. № подл.</w:t>
            </w:r>
          </w:p>
        </w:tc>
        <w:tc>
          <w:tcPr>
            <w:tcW w:w="398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965" w:type="dxa"/>
            <w:gridSpan w:val="2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  <w:ind w:left="19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Разраб.</w:t>
            </w:r>
          </w:p>
        </w:tc>
        <w:tc>
          <w:tcPr>
            <w:tcW w:w="1306" w:type="dxa"/>
            <w:gridSpan w:val="2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850" w:type="dxa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70" w:type="dxa"/>
            <w:gridSpan w:val="2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850" w:type="dxa"/>
            <w:gridSpan w:val="3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Лит.</w:t>
            </w:r>
          </w:p>
        </w:tc>
        <w:tc>
          <w:tcPr>
            <w:tcW w:w="850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Лист</w:t>
            </w:r>
          </w:p>
        </w:tc>
        <w:tc>
          <w:tcPr>
            <w:tcW w:w="1133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Листов</w:t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283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965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  <w:ind w:left="19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Пров.</w:t>
            </w:r>
          </w:p>
        </w:tc>
        <w:tc>
          <w:tcPr>
            <w:tcW w:w="1306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85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70" w:type="dxa"/>
            <w:gridSpan w:val="2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1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6" w:type="dxa"/>
            <w:tcBorders>
              <w:top w:val="single" w:sz="13" w:color="000000"/>
              <w:bottom w:val="single" w:sz="13" w:color="000000"/>
              <w:left w:val="single" w:sz="4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tcBorders>
              <w:top w:val="single" w:sz="13" w:color="000000"/>
              <w:bottom w:val="single" w:sz="13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850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133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1</w:t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283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965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306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85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70" w:type="dxa"/>
            <w:gridSpan w:val="2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2" w:type="dxa"/>
            <w:gridSpan w:val="5"/>
            <w:vMerge w:val="restart"/>
            <w:tcBorders>
              <w:top w:val="single" w:sz="5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283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965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  <w:ind w:left="19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Н.контр.</w:t>
            </w:r>
          </w:p>
        </w:tc>
        <w:tc>
          <w:tcPr>
            <w:tcW w:w="1306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85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70" w:type="dxa"/>
            <w:gridSpan w:val="2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2" w:type="dxa"/>
            <w:gridSpan w:val="5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283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965" w:type="dxa"/>
            <w:gridSpan w:val="2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306" w:type="dxa"/>
            <w:gridSpan w:val="2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850" w:type="dxa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70" w:type="dxa"/>
            <w:gridSpan w:val="2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2" w:type="dxa"/>
            <w:gridSpan w:val="5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283" w:hRule="exact"/>
          <w:cantSplit/>
        </w:trPr>
        <w:tc>
          <w:tcPr>
            <w:tcW w:w="11904" w:type="dxa"/>
            <w:gridSpan w:val="17"/>
            <w:tcBorders>
              <w:top w:val="single" w:sz="13" w:color="000000"/>
              <w:bottom w:val="single" w:sz="4" w:color="000000"/>
              <w:left w:val="single" w:sz="4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  <w:ind w:left="9372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Формат A4</w:t>
            </w:r>
          </w:p>
        </w:tc>
      </w:tr>
    </w:tbl>
    <w:sectPr w:rsidR="00FC693F" w:rsidRPr="0006063C" w:rsidSect="00034616">
      <w:pgSz w:w="11966" w:h="16901"/>
      <w:pgMar w:top="29" w:right="34" w:bottom="0" w:left="29" w:header="0" w:footer="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0" w:line="240" w:lineRule="auto"/>
    </w:pPr>
    <w:rPr>
      <w:rFonts w:ascii="GOST type A" w:hAnsi="GOST type A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