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4762"/>
        <w:gridCol w:w="2549"/>
        <w:gridCol w:w="3970"/>
        <w:gridCol w:w="226"/>
        <w:gridCol w:w="398"/>
        <w:gridCol w:w="566"/>
        <w:gridCol w:w="1306"/>
        <w:gridCol w:w="850"/>
        <w:gridCol w:w="341"/>
        <w:gridCol w:w="226"/>
        <w:gridCol w:w="341"/>
        <w:gridCol w:w="566"/>
        <w:gridCol w:w="566"/>
        <w:gridCol w:w="566"/>
        <w:gridCol w:w="566"/>
        <w:gridCol w:w="571"/>
        <w:gridCol w:w="566"/>
        <w:gridCol w:w="566"/>
        <w:gridCol w:w="566"/>
        <w:gridCol w:w="566"/>
        <w:gridCol w:w="792"/>
        <w:gridCol w:w="566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№ строки</w:t>
            </w:r>
          </w:p>
        </w:tc>
        <w:tc>
          <w:tcPr>
            <w:tcW w:w="476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49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ОКП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7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Обозначение документа на поставку</w:t>
            </w:r>
          </w:p>
        </w:tc>
        <w:tc>
          <w:tcPr>
            <w:tcW w:w="3686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5669" w:type="dxa"/>
            <w:gridSpan w:val="1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 исполн.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37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476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16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1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19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20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0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23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0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7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26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27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28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29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7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30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31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