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041"/>
        <w:gridCol w:w="781"/>
        <w:gridCol w:w="1045"/>
        <w:gridCol w:w="1301"/>
        <w:gridCol w:w="1041"/>
        <w:gridCol w:w="2867"/>
        <w:gridCol w:w="2862"/>
        <w:gridCol w:w="260"/>
        <w:gridCol w:w="2606"/>
        <w:gridCol w:w="2602"/>
        <w:gridCol w:w="2606"/>
        <w:gridCol w:w="2033"/>
        <w:gridCol w:w="362"/>
        <w:gridCol w:w="207"/>
        <w:gridCol w:w="313"/>
        <w:gridCol w:w="1200"/>
        <w:gridCol w:w="781"/>
        <w:gridCol w:w="520"/>
        <w:gridCol w:w="1041"/>
        <w:gridCol w:w="1045"/>
        <w:gridCol w:w="1041"/>
        <w:gridCol w:w="1561"/>
        <w:gridCol w:w="1566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2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73" w:hRule="exact"/>
          <w:cantSplit/>
        </w:trPr>
        <w:tc>
          <w:tcPr>
            <w:tcW w:w="104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Слой</w:t>
            </w:r>
          </w:p>
        </w:tc>
        <w:tc>
          <w:tcPr>
            <w:tcW w:w="104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Сечение</w:t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Длина провода</w:t>
            </w:r>
          </w:p>
        </w:tc>
        <w:tc>
          <w:tcPr>
            <w:tcW w:w="10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1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Порядок проводов</w:t>
            </w:r>
          </w:p>
        </w:tc>
        <w:tc>
          <w:tcPr>
            <w:tcW w:w="286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клемм</w:t>
            </w:r>
          </w:p>
        </w:tc>
        <w:tc>
          <w:tcPr>
            <w:tcW w:w="286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Маркировка провода у прибора</w:t>
            </w:r>
          </w:p>
        </w:tc>
        <w:tc>
          <w:tcPr>
            <w:tcW w:w="260" w:type="dxa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7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Перемычки</w:t>
            </w:r>
          </w:p>
        </w:tc>
        <w:tc>
          <w:tcPr>
            <w:tcW w:w="9068" w:type="dxa"/>
            <w:gridSpan w:val="9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408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22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6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</w:t>
            </w:r>
          </w:p>
        </w:tc>
        <w:tc>
          <w:tcPr>
            <w:tcW w:w="1045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2867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67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</w:t>
            </w:r>
          </w:p>
        </w:tc>
        <w:tc>
          <w:tcPr>
            <w:tcW w:w="1045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2867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67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III</w:t>
            </w:r>
          </w:p>
        </w:tc>
        <w:tc>
          <w:tcPr>
            <w:tcW w:w="1045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2867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2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67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2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286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IV</w:t>
            </w:r>
          </w:p>
        </w:tc>
        <w:tc>
          <w:tcPr>
            <w:tcW w:w="1045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286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6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2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1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Конструктор</w:t>
            </w:r>
          </w:p>
        </w:tc>
        <w:tc>
          <w:tcPr>
            <w:tcW w:w="1045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ТЕХНОЛОГИЧЕСКАЯ КАРТА РАСКЛАДКИ ПРОВОДОВ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Проверил</w:t>
            </w:r>
          </w:p>
        </w:tc>
        <w:tc>
          <w:tcPr>
            <w:tcW w:w="1045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7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6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1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Листов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1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0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№ документа Подпись Дата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7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6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