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5674"/>
        <w:gridCol w:w="336"/>
        <w:gridCol w:w="23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7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626" w:type="dxa"/>
            <w:gridSpan w:val="8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05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0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7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1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Вер.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7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7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