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566"/>
        <w:gridCol w:w="566"/>
        <w:gridCol w:w="566"/>
        <w:gridCol w:w="566"/>
        <w:gridCol w:w="850"/>
        <w:gridCol w:w="566"/>
        <w:gridCol w:w="3686"/>
        <w:gridCol w:w="283"/>
        <w:gridCol w:w="283"/>
        <w:gridCol w:w="566"/>
        <w:gridCol w:w="854"/>
        <w:gridCol w:w="1133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Поз. обознач.</w:t>
            </w:r>
          </w:p>
        </w:tc>
        <w:tc>
          <w:tcPr>
            <w:tcW w:w="6235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</w:t>
            </w:r>
          </w:p>
        </w:tc>
        <w:tc>
          <w:tcPr>
            <w:tcW w:w="2554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24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 уч. Лист № 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Стадия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Т.контр.</w:t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13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