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4762"/>
        <w:gridCol w:w="2549"/>
        <w:gridCol w:w="3970"/>
        <w:gridCol w:w="226"/>
        <w:gridCol w:w="398"/>
        <w:gridCol w:w="566"/>
        <w:gridCol w:w="1306"/>
        <w:gridCol w:w="850"/>
        <w:gridCol w:w="341"/>
        <w:gridCol w:w="226"/>
        <w:gridCol w:w="341"/>
        <w:gridCol w:w="456"/>
        <w:gridCol w:w="110"/>
        <w:gridCol w:w="566"/>
        <w:gridCol w:w="566"/>
        <w:gridCol w:w="566"/>
        <w:gridCol w:w="571"/>
        <w:gridCol w:w="566"/>
        <w:gridCol w:w="53"/>
        <w:gridCol w:w="173"/>
        <w:gridCol w:w="283"/>
        <w:gridCol w:w="58"/>
        <w:gridCol w:w="226"/>
        <w:gridCol w:w="283"/>
        <w:gridCol w:w="58"/>
        <w:gridCol w:w="566"/>
        <w:gridCol w:w="226"/>
        <w:gridCol w:w="1133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33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37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№ строки</w:t>
            </w:r>
          </w:p>
        </w:tc>
        <w:tc>
          <w:tcPr>
            <w:tcW w:w="476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549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Код ОКП</w:t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7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Обозначение документа на поставку</w:t>
            </w:r>
          </w:p>
        </w:tc>
        <w:tc>
          <w:tcPr>
            <w:tcW w:w="3686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Поставщик</w:t>
            </w:r>
          </w:p>
        </w:tc>
        <w:tc>
          <w:tcPr>
            <w:tcW w:w="5669" w:type="dxa"/>
            <w:gridSpan w:val="1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Кол. на исполн.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5"/>
                <w:szCs w:val="25"/>
              </w:rPr>
              <w:t>Приме- чание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8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</w:t>
            </w:r>
          </w:p>
        </w:tc>
        <w:tc>
          <w:tcPr>
            <w:tcW w:w="476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3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4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5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34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6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7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8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9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10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11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12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3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>13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35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14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15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2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16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17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18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19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20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9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21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22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23</w:t>
            </w:r>
          </w:p>
        </w:tc>
        <w:tc>
          <w:tcPr>
            <w:tcW w:w="476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76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gridSpan w:val="6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58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24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70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25</w:t>
            </w:r>
          </w:p>
        </w:tc>
        <w:tc>
          <w:tcPr>
            <w:tcW w:w="476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gridSpan w:val="6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7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392" w:type="dxa"/>
            <w:gridSpan w:val="29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590" w:type="dxa"/>
            <w:gridSpan w:val="11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97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0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005" w:type="dxa"/>
            <w:gridSpan w:val="9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82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59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797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0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005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590" w:type="dxa"/>
            <w:gridSpan w:val="11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802" w:type="dxa"/>
            <w:gridSpan w:val="1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1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1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0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gridSpan w:val="2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8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904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10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33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127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