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41"/>
        <w:gridCol w:w="341"/>
        <w:gridCol w:w="451"/>
        <w:gridCol w:w="283"/>
        <w:gridCol w:w="1987"/>
        <w:gridCol w:w="1416"/>
        <w:gridCol w:w="283"/>
        <w:gridCol w:w="682"/>
        <w:gridCol w:w="394"/>
        <w:gridCol w:w="58"/>
        <w:gridCol w:w="509"/>
        <w:gridCol w:w="1306"/>
        <w:gridCol w:w="58"/>
        <w:gridCol w:w="115"/>
        <w:gridCol w:w="451"/>
        <w:gridCol w:w="226"/>
        <w:gridCol w:w="341"/>
        <w:gridCol w:w="226"/>
        <w:gridCol w:w="341"/>
        <w:gridCol w:w="566"/>
        <w:gridCol w:w="566"/>
        <w:gridCol w:w="571"/>
        <w:gridCol w:w="566"/>
        <w:gridCol w:w="566"/>
        <w:gridCol w:w="566"/>
        <w:gridCol w:w="566"/>
        <w:gridCol w:w="566"/>
        <w:gridCol w:w="1363"/>
        <w:gridCol w:w="566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31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8333" w:type="dxa"/>
            <w:gridSpan w:val="1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333" w:type="dxa"/>
            <w:gridSpan w:val="1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2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4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Лит.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31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