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50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566"/>
        <w:gridCol w:w="3403"/>
        <w:gridCol w:w="4819"/>
        <w:gridCol w:w="566"/>
        <w:gridCol w:w="1133"/>
        <w:gridCol w:w="34"/>
      </w:tblGrid>
      <w:tr>
        <w:trPr>
          <w:trHeight w:val="29" w:hRule="exact"/>
          <w:cantSplit/>
        </w:trPr>
        <w:tc>
          <w:tcPr>
            <w:tcW w:w="10550" w:type="dxa"/>
            <w:gridSpan w:val="7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Поз.</w:t>
            </w:r>
          </w:p>
        </w:tc>
        <w:tc>
          <w:tcPr>
            <w:tcW w:w="340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481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0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Кол.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1"/>
                <w:szCs w:val="21"/>
              </w:rPr>
              <w:t>Приме- чание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81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10550" w:type="dxa"/>
            <w:gridSpan w:val="7"/>
            <w:tcBorders>
              <w:top w:val="single" w:sz="5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1072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