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168"/>
        <w:gridCol w:w="398"/>
        <w:gridCol w:w="283"/>
        <w:gridCol w:w="682"/>
        <w:gridCol w:w="341"/>
        <w:gridCol w:w="336"/>
        <w:gridCol w:w="514"/>
        <w:gridCol w:w="168"/>
        <w:gridCol w:w="398"/>
        <w:gridCol w:w="451"/>
        <w:gridCol w:w="2270"/>
        <w:gridCol w:w="1248"/>
        <w:gridCol w:w="278"/>
        <w:gridCol w:w="288"/>
        <w:gridCol w:w="283"/>
        <w:gridCol w:w="168"/>
        <w:gridCol w:w="682"/>
        <w:gridCol w:w="226"/>
        <w:gridCol w:w="907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24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24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20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 регистрации изменений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2722" w:type="dxa"/>
            <w:gridSpan w:val="7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56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Номера листов (страниц)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Всего листов (страниц) в доку- менте</w:t>
            </w:r>
          </w:p>
        </w:tc>
        <w:tc>
          <w:tcPr>
            <w:tcW w:w="22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 документа</w:t>
            </w:r>
          </w:p>
        </w:tc>
        <w:tc>
          <w:tcPr>
            <w:tcW w:w="2266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Входящий номер сопроводи- тельного документа и дата</w:t>
            </w:r>
          </w:p>
        </w:tc>
        <w:tc>
          <w:tcPr>
            <w:tcW w:w="907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Подпись</w:t>
            </w:r>
          </w:p>
        </w:tc>
        <w:tc>
          <w:tcPr>
            <w:tcW w:w="90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Дата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изме- нен- ных</w:t>
            </w:r>
          </w:p>
        </w:tc>
        <w:tc>
          <w:tcPr>
            <w:tcW w:w="68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заме- нен- ных</w:t>
            </w:r>
          </w:p>
        </w:tc>
        <w:tc>
          <w:tcPr>
            <w:tcW w:w="67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новых анну- лиро- ван- ных</w:t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66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0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10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24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