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173"/>
        <w:gridCol w:w="677"/>
        <w:gridCol w:w="283"/>
        <w:gridCol w:w="283"/>
        <w:gridCol w:w="283"/>
        <w:gridCol w:w="571"/>
        <w:gridCol w:w="4248"/>
        <w:gridCol w:w="1138"/>
        <w:gridCol w:w="566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3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8333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333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080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</w:t>
            </w:r>
          </w:p>
        </w:tc>
        <w:tc>
          <w:tcPr>
            <w:tcW w:w="424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Материал</w:t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1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