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970"/>
        <w:gridCol w:w="6802"/>
        <w:gridCol w:w="734"/>
        <w:gridCol w:w="398"/>
        <w:gridCol w:w="283"/>
        <w:gridCol w:w="283"/>
        <w:gridCol w:w="1306"/>
        <w:gridCol w:w="850"/>
        <w:gridCol w:w="566"/>
        <w:gridCol w:w="2947"/>
        <w:gridCol w:w="1022"/>
        <w:gridCol w:w="283"/>
        <w:gridCol w:w="283"/>
        <w:gridCol w:w="283"/>
        <w:gridCol w:w="850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1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397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680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листов</w:t>
            </w:r>
          </w:p>
        </w:tc>
        <w:tc>
          <w:tcPr>
            <w:tcW w:w="5952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Держатель подлинника</w:t>
            </w:r>
          </w:p>
        </w:tc>
        <w:tc>
          <w:tcPr>
            <w:tcW w:w="3854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3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17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1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