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1699"/>
        <w:gridCol w:w="1704"/>
        <w:gridCol w:w="850"/>
        <w:gridCol w:w="682"/>
        <w:gridCol w:w="394"/>
        <w:gridCol w:w="566"/>
        <w:gridCol w:w="1306"/>
        <w:gridCol w:w="850"/>
        <w:gridCol w:w="566"/>
        <w:gridCol w:w="1872"/>
        <w:gridCol w:w="2098"/>
        <w:gridCol w:w="283"/>
        <w:gridCol w:w="283"/>
        <w:gridCol w:w="283"/>
        <w:gridCol w:w="965"/>
        <w:gridCol w:w="1022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Группа ошибки</w:t>
            </w:r>
          </w:p>
        </w:tc>
        <w:tc>
          <w:tcPr>
            <w:tcW w:w="170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Уровень ошибки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Узел</w:t>
            </w:r>
          </w:p>
        </w:tc>
        <w:tc>
          <w:tcPr>
            <w:tcW w:w="6235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Содержание ошибки</w:t>
            </w:r>
          </w:p>
        </w:tc>
        <w:tc>
          <w:tcPr>
            <w:tcW w:w="4934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36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6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