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97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850"/>
        <w:gridCol w:w="2270"/>
        <w:gridCol w:w="1133"/>
        <w:gridCol w:w="850"/>
        <w:gridCol w:w="850"/>
        <w:gridCol w:w="850"/>
        <w:gridCol w:w="1133"/>
        <w:gridCol w:w="34"/>
      </w:tblGrid>
      <w:tr>
        <w:trPr>
          <w:trHeight w:val="29" w:hRule="exact"/>
          <w:cantSplit/>
        </w:trPr>
        <w:tc>
          <w:tcPr>
            <w:tcW w:w="7997" w:type="dxa"/>
            <w:gridSpan w:val="9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1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Номер щитка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Тип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2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Установ- ленная мощность, КВт</w:t>
            </w:r>
          </w:p>
        </w:tc>
        <w:tc>
          <w:tcPr>
            <w:tcW w:w="1699" w:type="dxa"/>
            <w:gridSpan w:val="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Номера групп</w:t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Ток, А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Занятые Резерв- ные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Аппарат на вводе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Плавкие вставки предохра- нителей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7997" w:type="dxa"/>
            <w:gridSpan w:val="9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3625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