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58"/>
        <w:gridCol w:w="115"/>
        <w:gridCol w:w="451"/>
        <w:gridCol w:w="226"/>
        <w:gridCol w:w="341"/>
        <w:gridCol w:w="226"/>
        <w:gridCol w:w="341"/>
        <w:gridCol w:w="456"/>
        <w:gridCol w:w="110"/>
        <w:gridCol w:w="566"/>
        <w:gridCol w:w="571"/>
        <w:gridCol w:w="566"/>
        <w:gridCol w:w="566"/>
        <w:gridCol w:w="226"/>
        <w:gridCol w:w="341"/>
        <w:gridCol w:w="58"/>
        <w:gridCol w:w="168"/>
        <w:gridCol w:w="283"/>
        <w:gridCol w:w="58"/>
        <w:gridCol w:w="226"/>
        <w:gridCol w:w="283"/>
        <w:gridCol w:w="58"/>
        <w:gridCol w:w="797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8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9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Лит.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36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6" w:type="dxa"/>
            <w:gridSpan w:val="1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