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566"/>
        <w:gridCol w:w="566"/>
        <w:gridCol w:w="566"/>
        <w:gridCol w:w="566"/>
        <w:gridCol w:w="850"/>
        <w:gridCol w:w="566"/>
        <w:gridCol w:w="3970"/>
        <w:gridCol w:w="850"/>
        <w:gridCol w:w="317"/>
        <w:gridCol w:w="538"/>
        <w:gridCol w:w="1133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8427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Взам. инв.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Стадия</w:t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Масса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6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Масштаб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Кол.уч. .Лист №док. 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6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67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28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