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1133"/>
        <w:gridCol w:w="7200"/>
        <w:gridCol w:w="2270"/>
        <w:gridCol w:w="2266"/>
        <w:gridCol w:w="3686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6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0861" w:hRule="exact"/>
          <w:cantSplit/>
        </w:trPr>
        <w:tc>
          <w:tcPr>
            <w:tcW w:w="113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4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200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Заказ №</w:t>
            </w:r>
          </w:p>
        </w:tc>
        <w:tc>
          <w:tcPr>
            <w:tcW w:w="2266" w:type="dxa"/>
            <w:tcBorders>
              <w:top w:val="single" w:sz="13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20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Секция №</w:t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4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20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Габариты листа,мм</w:t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Карта раскроя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20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Материал</w:t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20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Периметр,мм</w:t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4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20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Эффективность,%</w:t>
            </w:r>
          </w:p>
        </w:tc>
        <w:tc>
          <w:tcPr>
            <w:tcW w:w="2266" w:type="dxa"/>
            <w:tcBorders>
              <w:top w:val="single" w:sz="4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6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