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173"/>
        <w:gridCol w:w="451"/>
        <w:gridCol w:w="226"/>
        <w:gridCol w:w="341"/>
        <w:gridCol w:w="226"/>
        <w:gridCol w:w="341"/>
        <w:gridCol w:w="566"/>
        <w:gridCol w:w="566"/>
        <w:gridCol w:w="571"/>
        <w:gridCol w:w="566"/>
        <w:gridCol w:w="566"/>
        <w:gridCol w:w="226"/>
        <w:gridCol w:w="341"/>
        <w:gridCol w:w="226"/>
        <w:gridCol w:w="283"/>
        <w:gridCol w:w="58"/>
        <w:gridCol w:w="226"/>
        <w:gridCol w:w="283"/>
        <w:gridCol w:w="58"/>
        <w:gridCol w:w="797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5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2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3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