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624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453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12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уч. Лист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№ док.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