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904" w:type="dxa"/>
        <w:tblLayout w:type="fixed"/>
        <w:tblInd w:w="0" w:type="dxa"/>
        <w:tblCellMar>
          <w:top w:w="0" w:type="dxa"/>
          <w:bottom w:w="0" w:type="dxa"/>
          <w:left w:w="0" w:type="dxa"/>
          <w:right w:w="0" w:type="dxa"/>
        </w:tblCellMar>
        <w:tblBorders/>
      </w:tblPr>
      <w:tblGrid>
        <w:gridCol w:w="451"/>
        <w:gridCol w:w="283"/>
        <w:gridCol w:w="398"/>
        <w:gridCol w:w="398"/>
        <w:gridCol w:w="451"/>
        <w:gridCol w:w="115"/>
        <w:gridCol w:w="1306"/>
        <w:gridCol w:w="850"/>
        <w:gridCol w:w="566"/>
        <w:gridCol w:w="1133"/>
        <w:gridCol w:w="2837"/>
        <w:gridCol w:w="278"/>
        <w:gridCol w:w="288"/>
        <w:gridCol w:w="226"/>
        <w:gridCol w:w="58"/>
        <w:gridCol w:w="394"/>
        <w:gridCol w:w="456"/>
        <w:gridCol w:w="1133"/>
        <w:gridCol w:w="283"/>
      </w:tblGrid>
      <w:tr>
        <w:trPr>
          <w:trHeight w:val="283" w:hRule="exact"/>
          <w:cantSplit/>
        </w:trPr>
        <w:tc>
          <w:tcPr>
            <w:tcW w:w="11904" w:type="dxa"/>
            <w:gridSpan w:val="19"/>
            <w:tcBorders>
              <w:top w:val="single" w:sz="4" w:color="000000"/>
              <w:bottom w:val="single" w:sz="13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1133" w:hRule="exact"/>
          <w:cantSplit/>
        </w:trPr>
        <w:tc>
          <w:tcPr>
            <w:tcW w:w="451" w:type="dxa"/>
            <w:vMerge w:val="restart"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0"/>
                <w:szCs w:val="20"/>
              </w:rPr>
              <w:t>Перв. примен.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№ строки</w:t>
            </w:r>
          </w:p>
        </w:tc>
        <w:tc>
          <w:tcPr>
            <w:tcW w:w="451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Формат</w:t>
            </w:r>
          </w:p>
        </w:tc>
        <w:tc>
          <w:tcPr>
            <w:tcW w:w="3970" w:type="dxa"/>
            <w:gridSpan w:val="5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Обозначение</w:t>
            </w:r>
          </w:p>
        </w:tc>
        <w:tc>
          <w:tcPr>
            <w:tcW w:w="3629" w:type="dxa"/>
            <w:gridSpan w:val="4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Наименование</w:t>
            </w:r>
          </w:p>
        </w:tc>
        <w:tc>
          <w:tcPr>
            <w:tcW w:w="451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4"/>
                <w:szCs w:val="24"/>
              </w:rPr>
              <w:t>Кол. листов</w:t>
            </w:r>
          </w:p>
        </w:tc>
        <w:tc>
          <w:tcPr>
            <w:tcW w:w="45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21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№ экз.</w:t>
            </w:r>
          </w:p>
        </w:tc>
        <w:tc>
          <w:tcPr>
            <w:tcW w:w="1133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8"/>
            </w:pPr>
            <w:r>
              <w:rPr>
                <w:rFonts w:ascii="GOST type A" w:hAnsi="GOST type A" w:cs="GOST type A" w:eastAsia="GOST type A"/>
                <w:i/>
                <w:sz w:val="20"/>
                <w:szCs w:val="20"/>
              </w:rPr>
              <w:t>Приме- чание</w:t>
            </w:r>
          </w:p>
        </w:tc>
        <w:tc>
          <w:tcPr>
            <w:tcW w:w="283" w:type="dxa"/>
            <w:vMerge w:val="restart"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94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1</w:t>
            </w:r>
          </w:p>
        </w:tc>
        <w:tc>
          <w:tcPr>
            <w:tcW w:w="451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5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629" w:type="dxa"/>
            <w:gridSpan w:val="4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94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2</w:t>
            </w:r>
          </w:p>
        </w:tc>
        <w:tc>
          <w:tcPr>
            <w:tcW w:w="45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629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90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3</w:t>
            </w:r>
          </w:p>
        </w:tc>
        <w:tc>
          <w:tcPr>
            <w:tcW w:w="45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629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94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4</w:t>
            </w:r>
          </w:p>
        </w:tc>
        <w:tc>
          <w:tcPr>
            <w:tcW w:w="45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629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298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3"/>
                <w:szCs w:val="23"/>
              </w:rPr>
              <w:t>5</w:t>
            </w:r>
          </w:p>
        </w:tc>
        <w:tc>
          <w:tcPr>
            <w:tcW w:w="451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5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629" w:type="dxa"/>
            <w:gridSpan w:val="4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51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56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197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Справ. №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51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5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629" w:type="dxa"/>
            <w:gridSpan w:val="4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51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56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494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6</w:t>
            </w:r>
          </w:p>
        </w:tc>
        <w:tc>
          <w:tcPr>
            <w:tcW w:w="45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629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90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7</w:t>
            </w:r>
          </w:p>
        </w:tc>
        <w:tc>
          <w:tcPr>
            <w:tcW w:w="45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629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94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8</w:t>
            </w:r>
          </w:p>
        </w:tc>
        <w:tc>
          <w:tcPr>
            <w:tcW w:w="45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629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94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9</w:t>
            </w:r>
          </w:p>
        </w:tc>
        <w:tc>
          <w:tcPr>
            <w:tcW w:w="45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629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94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10</w:t>
            </w:r>
          </w:p>
        </w:tc>
        <w:tc>
          <w:tcPr>
            <w:tcW w:w="45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629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90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11</w:t>
            </w:r>
          </w:p>
        </w:tc>
        <w:tc>
          <w:tcPr>
            <w:tcW w:w="45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629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245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9"/>
                <w:szCs w:val="19"/>
              </w:rPr>
              <w:t>12</w:t>
            </w:r>
          </w:p>
        </w:tc>
        <w:tc>
          <w:tcPr>
            <w:tcW w:w="451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5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629" w:type="dxa"/>
            <w:gridSpan w:val="4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51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56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50" w:hRule="exact"/>
          <w:cantSplit/>
        </w:trPr>
        <w:tc>
          <w:tcPr>
            <w:tcW w:w="1133" w:type="dxa"/>
            <w:gridSpan w:val="3"/>
            <w:vMerge w:val="restart"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51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5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629" w:type="dxa"/>
            <w:gridSpan w:val="4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51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56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494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13</w:t>
            </w:r>
          </w:p>
        </w:tc>
        <w:tc>
          <w:tcPr>
            <w:tcW w:w="45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629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99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14</w:t>
            </w:r>
          </w:p>
        </w:tc>
        <w:tc>
          <w:tcPr>
            <w:tcW w:w="45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629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90" w:hRule="exact"/>
          <w:cantSplit/>
        </w:trPr>
        <w:tc>
          <w:tcPr>
            <w:tcW w:w="451" w:type="dxa"/>
            <w:vMerge w:val="restart"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Подп. и дата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15</w:t>
            </w:r>
          </w:p>
        </w:tc>
        <w:tc>
          <w:tcPr>
            <w:tcW w:w="45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629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90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16</w:t>
            </w:r>
          </w:p>
        </w:tc>
        <w:tc>
          <w:tcPr>
            <w:tcW w:w="45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629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94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17</w:t>
            </w:r>
          </w:p>
        </w:tc>
        <w:tc>
          <w:tcPr>
            <w:tcW w:w="45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629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94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18</w:t>
            </w:r>
          </w:p>
        </w:tc>
        <w:tc>
          <w:tcPr>
            <w:tcW w:w="45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629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24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19</w:t>
            </w:r>
          </w:p>
        </w:tc>
        <w:tc>
          <w:tcPr>
            <w:tcW w:w="451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5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629" w:type="dxa"/>
            <w:gridSpan w:val="4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51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56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470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Взам. инв. №Инв. № дубл.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5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629" w:type="dxa"/>
            <w:gridSpan w:val="4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6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90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20</w:t>
            </w:r>
          </w:p>
        </w:tc>
        <w:tc>
          <w:tcPr>
            <w:tcW w:w="45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629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21</w:t>
            </w:r>
          </w:p>
        </w:tc>
        <w:tc>
          <w:tcPr>
            <w:tcW w:w="451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5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629" w:type="dxa"/>
            <w:gridSpan w:val="4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6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38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51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5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629" w:type="dxa"/>
            <w:gridSpan w:val="4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51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56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494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22</w:t>
            </w:r>
          </w:p>
        </w:tc>
        <w:tc>
          <w:tcPr>
            <w:tcW w:w="45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629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94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23</w:t>
            </w:r>
          </w:p>
        </w:tc>
        <w:tc>
          <w:tcPr>
            <w:tcW w:w="45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629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389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24</w:t>
            </w:r>
          </w:p>
        </w:tc>
        <w:tc>
          <w:tcPr>
            <w:tcW w:w="451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5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629" w:type="dxa"/>
            <w:gridSpan w:val="4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6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10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Подп. и дата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51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5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629" w:type="dxa"/>
            <w:gridSpan w:val="4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51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56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1032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88" w:type="dxa"/>
            <w:gridSpan w:val="15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802" w:type="dxa"/>
            <w:gridSpan w:val="9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802" w:type="dxa"/>
            <w:gridSpan w:val="9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Изм. Лист</w:t>
            </w:r>
          </w:p>
        </w:tc>
        <w:tc>
          <w:tcPr>
            <w:tcW w:w="130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№ докум.</w:t>
            </w:r>
          </w:p>
        </w:tc>
        <w:tc>
          <w:tcPr>
            <w:tcW w:w="850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Подп.</w:t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24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Дата</w:t>
            </w:r>
          </w:p>
        </w:tc>
        <w:tc>
          <w:tcPr>
            <w:tcW w:w="6802" w:type="dxa"/>
            <w:gridSpan w:val="9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8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Инв. № подл.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65" w:type="dxa"/>
            <w:gridSpan w:val="3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Разраб.</w:t>
            </w:r>
          </w:p>
        </w:tc>
        <w:tc>
          <w:tcPr>
            <w:tcW w:w="130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2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gridSpan w:val="4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Лит.</w:t>
            </w:r>
          </w:p>
        </w:tc>
        <w:tc>
          <w:tcPr>
            <w:tcW w:w="850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Лист</w:t>
            </w:r>
          </w:p>
        </w:tc>
        <w:tc>
          <w:tcPr>
            <w:tcW w:w="1133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Листов</w:t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65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9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Пров.</w:t>
            </w:r>
          </w:p>
        </w:tc>
        <w:tc>
          <w:tcPr>
            <w:tcW w:w="130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2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78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8" w:type="dxa"/>
            <w:tcBorders>
              <w:top w:val="single" w:sz="13" w:color="000000"/>
              <w:bottom w:val="single" w:sz="13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gridSpan w:val="2"/>
            <w:tcBorders>
              <w:top w:val="single" w:sz="13" w:color="000000"/>
              <w:bottom w:val="single" w:sz="13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1</w:t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65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2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2" w:type="dxa"/>
            <w:gridSpan w:val="7"/>
            <w:vMerge w:val="restart"/>
            <w:tcBorders>
              <w:top w:val="single" w:sz="5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65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9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Н.контр.</w:t>
            </w:r>
          </w:p>
        </w:tc>
        <w:tc>
          <w:tcPr>
            <w:tcW w:w="130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2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2" w:type="dxa"/>
            <w:gridSpan w:val="7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65" w:type="dxa"/>
            <w:gridSpan w:val="3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2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2" w:type="dxa"/>
            <w:gridSpan w:val="7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11904" w:type="dxa"/>
            <w:gridSpan w:val="19"/>
            <w:tcBorders>
              <w:top w:val="single" w:sz="13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9372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Формат A4</w:t>
            </w:r>
          </w:p>
        </w:tc>
      </w:tr>
    </w:tbl>
    <w:sectPr w:rsidR="00FC693F" w:rsidRPr="0006063C" w:rsidSect="00034616">
      <w:pgSz w:w="11966" w:h="16901"/>
      <w:pgMar w:top="29" w:right="34" w:bottom="0" w:left="29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40" w:lineRule="auto"/>
    </w:pPr>
    <w:rPr>
      <w:rFonts w:ascii="GOST type A" w:hAnsi="GOST type A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