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451"/>
        <w:gridCol w:w="854"/>
        <w:gridCol w:w="850"/>
        <w:gridCol w:w="566"/>
        <w:gridCol w:w="2266"/>
        <w:gridCol w:w="850"/>
        <w:gridCol w:w="2554"/>
        <w:gridCol w:w="56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6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провода</w:t>
            </w:r>
          </w:p>
        </w:tc>
        <w:tc>
          <w:tcPr>
            <w:tcW w:w="453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Соединения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Клемма Данные провода Приме-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