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970"/>
        <w:gridCol w:w="6802"/>
        <w:gridCol w:w="734"/>
        <w:gridCol w:w="398"/>
        <w:gridCol w:w="283"/>
        <w:gridCol w:w="283"/>
        <w:gridCol w:w="1306"/>
        <w:gridCol w:w="850"/>
        <w:gridCol w:w="566"/>
        <w:gridCol w:w="2947"/>
        <w:gridCol w:w="3288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80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листов</w:t>
            </w:r>
          </w:p>
        </w:tc>
        <w:tc>
          <w:tcPr>
            <w:tcW w:w="5952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Держатель подлинника</w:t>
            </w:r>
          </w:p>
        </w:tc>
        <w:tc>
          <w:tcPr>
            <w:tcW w:w="3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26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27</w:t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28</w:t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952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854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952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854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13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