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0959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736"/>
        <w:gridCol w:w="626"/>
        <w:gridCol w:w="1287"/>
        <w:gridCol w:w="1362"/>
        <w:gridCol w:w="26100"/>
        <w:gridCol w:w="664"/>
        <w:gridCol w:w="184"/>
      </w:tblGrid>
      <w:tr>
        <w:trPr>
          <w:trHeight w:val="184" w:hRule="exact"/>
          <w:cantSplit/>
        </w:trPr>
        <w:tc>
          <w:tcPr>
            <w:tcW w:w="30959" w:type="dxa"/>
            <w:gridSpan w:val="7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59" w:hRule="exact"/>
          <w:cantSplit/>
        </w:trPr>
        <w:tc>
          <w:tcPr>
            <w:tcW w:w="736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1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Извещение</w:t>
            </w:r>
          </w:p>
        </w:tc>
        <w:tc>
          <w:tcPr>
            <w:tcW w:w="2746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6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Лист</w:t>
            </w:r>
          </w:p>
        </w:tc>
        <w:tc>
          <w:tcPr>
            <w:tcW w:w="18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1" w:hRule="exact"/>
          <w:cantSplit/>
        </w:trPr>
        <w:tc>
          <w:tcPr>
            <w:tcW w:w="736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7"/>
                <w:szCs w:val="17"/>
              </w:rPr>
              <w:t>Изм.</w:t>
            </w:r>
          </w:p>
        </w:tc>
        <w:tc>
          <w:tcPr>
            <w:tcW w:w="287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7"/>
                <w:szCs w:val="17"/>
              </w:rPr>
              <w:t>Содержание изменения</w:t>
            </w:r>
          </w:p>
        </w:tc>
        <w:tc>
          <w:tcPr>
            <w:tcW w:w="66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8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18" w:hRule="exact"/>
          <w:cantSplit/>
        </w:trPr>
        <w:tc>
          <w:tcPr>
            <w:tcW w:w="736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49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764" w:type="dxa"/>
            <w:gridSpan w:val="2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8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0802" w:hRule="exact"/>
          <w:cantSplit/>
        </w:trPr>
        <w:tc>
          <w:tcPr>
            <w:tcW w:w="736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40" w:type="dxa"/>
            <w:gridSpan w:val="5"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84" w:hRule="exact"/>
          <w:cantSplit/>
        </w:trPr>
        <w:tc>
          <w:tcPr>
            <w:tcW w:w="30959" w:type="dxa"/>
            <w:gridSpan w:val="7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31000" w:h="21908"/>
      <w:pgMar w:top="19" w:right="22" w:bottom="0" w:left="1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