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260"/>
        <w:gridCol w:w="260"/>
        <w:gridCol w:w="260"/>
        <w:gridCol w:w="886"/>
        <w:gridCol w:w="366"/>
        <w:gridCol w:w="154"/>
        <w:gridCol w:w="366"/>
        <w:gridCol w:w="467"/>
        <w:gridCol w:w="106"/>
        <w:gridCol w:w="675"/>
        <w:gridCol w:w="366"/>
        <w:gridCol w:w="154"/>
        <w:gridCol w:w="886"/>
        <w:gridCol w:w="313"/>
        <w:gridCol w:w="415"/>
        <w:gridCol w:w="106"/>
        <w:gridCol w:w="939"/>
        <w:gridCol w:w="260"/>
        <w:gridCol w:w="362"/>
        <w:gridCol w:w="159"/>
        <w:gridCol w:w="260"/>
        <w:gridCol w:w="988"/>
        <w:gridCol w:w="472"/>
        <w:gridCol w:w="49"/>
        <w:gridCol w:w="573"/>
        <w:gridCol w:w="679"/>
        <w:gridCol w:w="520"/>
        <w:gridCol w:w="1147"/>
        <w:gridCol w:w="781"/>
        <w:gridCol w:w="781"/>
        <w:gridCol w:w="939"/>
        <w:gridCol w:w="11824"/>
        <w:gridCol w:w="3647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3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0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Извещение</w:t>
            </w:r>
          </w:p>
        </w:tc>
        <w:tc>
          <w:tcPr>
            <w:tcW w:w="3436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Обозначение</w:t>
            </w:r>
          </w:p>
        </w:tc>
        <w:tc>
          <w:tcPr>
            <w:tcW w:w="4847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Причина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Код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1547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36" w:type="dxa"/>
            <w:gridSpan w:val="8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47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Дата выпуска</w:t>
            </w:r>
          </w:p>
        </w:tc>
        <w:tc>
          <w:tcPr>
            <w:tcW w:w="10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2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Срок изм.</w:t>
            </w:r>
          </w:p>
        </w:tc>
        <w:tc>
          <w:tcPr>
            <w:tcW w:w="104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1821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2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5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Срок действия ПИ</w:t>
            </w:r>
          </w:p>
        </w:tc>
        <w:tc>
          <w:tcPr>
            <w:tcW w:w="17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6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Указание о заделе</w:t>
            </w:r>
          </w:p>
        </w:tc>
        <w:tc>
          <w:tcPr>
            <w:tcW w:w="9116" w:type="dxa"/>
            <w:gridSpan w:val="2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119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6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116" w:type="dxa"/>
            <w:gridSpan w:val="2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11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Изм.</w:t>
            </w:r>
          </w:p>
        </w:tc>
        <w:tc>
          <w:tcPr>
            <w:tcW w:w="9637" w:type="dxa"/>
            <w:gridSpan w:val="2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Содержание изменения</w:t>
            </w:r>
          </w:p>
        </w:tc>
        <w:tc>
          <w:tcPr>
            <w:tcW w:w="1911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0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755" w:type="dxa"/>
            <w:gridSpan w:val="29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6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30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внедрении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Применяемость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Разослать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67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34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3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Приложение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32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73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Составил</w:t>
            </w:r>
          </w:p>
        </w:tc>
        <w:tc>
          <w:tcPr>
            <w:tcW w:w="1769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Проверил</w:t>
            </w:r>
          </w:p>
        </w:tc>
        <w:tc>
          <w:tcPr>
            <w:tcW w:w="172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Т. контроль</w:t>
            </w:r>
          </w:p>
        </w:tc>
        <w:tc>
          <w:tcPr>
            <w:tcW w:w="172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Н. контроль</w:t>
            </w:r>
          </w:p>
        </w:tc>
        <w:tc>
          <w:tcPr>
            <w:tcW w:w="176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Утвердил</w:t>
            </w:r>
          </w:p>
        </w:tc>
        <w:tc>
          <w:tcPr>
            <w:tcW w:w="177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Предст. заказ.</w:t>
            </w:r>
          </w:p>
        </w:tc>
        <w:tc>
          <w:tcPr>
            <w:tcW w:w="15471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4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89" w:type="dxa"/>
            <w:gridSpan w:val="8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Контрольную копию исправил</w:t>
            </w:r>
          </w:p>
        </w:tc>
        <w:tc>
          <w:tcPr>
            <w:tcW w:w="109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3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