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58"/>
        <w:gridCol w:w="509"/>
        <w:gridCol w:w="624"/>
        <w:gridCol w:w="682"/>
        <w:gridCol w:w="850"/>
        <w:gridCol w:w="566"/>
        <w:gridCol w:w="3970"/>
        <w:gridCol w:w="168"/>
        <w:gridCol w:w="110"/>
        <w:gridCol w:w="288"/>
        <w:gridCol w:w="168"/>
        <w:gridCol w:w="115"/>
        <w:gridCol w:w="965"/>
        <w:gridCol w:w="1018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9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Зона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Поз. обозна- чение</w:t>
            </w:r>
          </w:p>
        </w:tc>
        <w:tc>
          <w:tcPr>
            <w:tcW w:w="6235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 Примечание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8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9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