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566"/>
        <w:gridCol w:w="1306"/>
        <w:gridCol w:w="566"/>
        <w:gridCol w:w="283"/>
        <w:gridCol w:w="566"/>
        <w:gridCol w:w="1133"/>
        <w:gridCol w:w="2837"/>
        <w:gridCol w:w="2266"/>
        <w:gridCol w:w="566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14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811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Аппарат</w:t>
            </w:r>
          </w:p>
        </w:tc>
        <w:tc>
          <w:tcPr>
            <w:tcW w:w="1982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Номер зажима</w:t>
            </w:r>
          </w:p>
        </w:tc>
        <w:tc>
          <w:tcPr>
            <w:tcW w:w="283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Маркировка</w:t>
            </w:r>
          </w:p>
        </w:tc>
        <w:tc>
          <w:tcPr>
            <w:tcW w:w="2832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6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Примечание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4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63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5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9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1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4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69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87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37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9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52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235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14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7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