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60"/>
        <w:gridCol w:w="260"/>
        <w:gridCol w:w="260"/>
        <w:gridCol w:w="260"/>
        <w:gridCol w:w="886"/>
        <w:gridCol w:w="366"/>
        <w:gridCol w:w="154"/>
        <w:gridCol w:w="366"/>
        <w:gridCol w:w="467"/>
        <w:gridCol w:w="260"/>
        <w:gridCol w:w="520"/>
        <w:gridCol w:w="520"/>
        <w:gridCol w:w="992"/>
        <w:gridCol w:w="207"/>
        <w:gridCol w:w="520"/>
        <w:gridCol w:w="313"/>
        <w:gridCol w:w="886"/>
        <w:gridCol w:w="520"/>
        <w:gridCol w:w="626"/>
        <w:gridCol w:w="622"/>
        <w:gridCol w:w="520"/>
        <w:gridCol w:w="573"/>
        <w:gridCol w:w="679"/>
        <w:gridCol w:w="520"/>
        <w:gridCol w:w="1147"/>
        <w:gridCol w:w="781"/>
        <w:gridCol w:w="781"/>
        <w:gridCol w:w="939"/>
        <w:gridCol w:w="11824"/>
        <w:gridCol w:w="3647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31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0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168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Извещение</w:t>
            </w:r>
          </w:p>
        </w:tc>
        <w:tc>
          <w:tcPr>
            <w:tcW w:w="609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Причина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Код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1547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168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095" w:type="dxa"/>
            <w:gridSpan w:val="9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2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9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 выпуска</w:t>
            </w:r>
          </w:p>
        </w:tc>
        <w:tc>
          <w:tcPr>
            <w:tcW w:w="3074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изм.</w:t>
            </w:r>
          </w:p>
        </w:tc>
        <w:tc>
          <w:tcPr>
            <w:tcW w:w="291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2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5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Срок действия ПИ</w:t>
            </w:r>
          </w:p>
        </w:tc>
        <w:tc>
          <w:tcPr>
            <w:tcW w:w="17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7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53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0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Указание о заделе</w:t>
            </w:r>
          </w:p>
        </w:tc>
        <w:tc>
          <w:tcPr>
            <w:tcW w:w="9116" w:type="dxa"/>
            <w:gridSpan w:val="1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119" w:type="dxa"/>
            <w:gridSpan w:val="6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Изм.</w:t>
            </w:r>
          </w:p>
        </w:tc>
        <w:tc>
          <w:tcPr>
            <w:tcW w:w="9637" w:type="dxa"/>
            <w:gridSpan w:val="1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Содержание изменения</w:t>
            </w:r>
          </w:p>
        </w:tc>
        <w:tc>
          <w:tcPr>
            <w:tcW w:w="19119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0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8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108" w:type="dxa"/>
            <w:gridSpan w:val="17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68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6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внедрении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55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Применяемость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9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Разослать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67" w:hRule="exact"/>
          <w:cantSplit/>
        </w:trPr>
        <w:tc>
          <w:tcPr>
            <w:tcW w:w="1041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8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34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45" w:hRule="exact"/>
          <w:cantSplit/>
        </w:trPr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994" w:type="dxa"/>
            <w:gridSpan w:val="2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73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Составил</w:t>
            </w:r>
          </w:p>
        </w:tc>
        <w:tc>
          <w:tcPr>
            <w:tcW w:w="176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Проверил</w:t>
            </w:r>
          </w:p>
        </w:tc>
        <w:tc>
          <w:tcPr>
            <w:tcW w:w="17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Т. контроль</w:t>
            </w:r>
          </w:p>
        </w:tc>
        <w:tc>
          <w:tcPr>
            <w:tcW w:w="17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Н. контроль</w:t>
            </w:r>
          </w:p>
        </w:tc>
        <w:tc>
          <w:tcPr>
            <w:tcW w:w="176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Утвердил</w:t>
            </w:r>
          </w:p>
        </w:tc>
        <w:tc>
          <w:tcPr>
            <w:tcW w:w="177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Предст. заказ.</w:t>
            </w:r>
          </w:p>
        </w:tc>
        <w:tc>
          <w:tcPr>
            <w:tcW w:w="15471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5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4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89" w:type="dxa"/>
            <w:gridSpan w:val="6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Контрольную копию исправил</w:t>
            </w:r>
          </w:p>
        </w:tc>
        <w:tc>
          <w:tcPr>
            <w:tcW w:w="109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71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4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31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