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6010"/>
        <w:gridCol w:w="23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7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5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